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EA7A4E" w14:textId="77777777" w:rsidR="001E55F6" w:rsidRPr="007212B2" w:rsidRDefault="00000000">
      <w:pPr>
        <w:spacing w:after="0"/>
        <w:jc w:val="center"/>
        <w:rPr>
          <w:lang w:val="sv-SE"/>
        </w:rPr>
      </w:pPr>
      <w:r w:rsidRPr="007212B2">
        <w:rPr>
          <w:b/>
          <w:sz w:val="25"/>
          <w:lang w:val="sv-SE"/>
        </w:rPr>
        <w:t>ENMON DOO BEOGRAD</w:t>
      </w:r>
    </w:p>
    <w:p w14:paraId="1A62C447" w14:textId="77777777" w:rsidR="001E55F6" w:rsidRDefault="00000000">
      <w:pPr>
        <w:spacing w:after="60"/>
        <w:jc w:val="center"/>
        <w:rPr>
          <w:sz w:val="16"/>
          <w:lang w:val="sv-SE"/>
        </w:rPr>
      </w:pPr>
      <w:r w:rsidRPr="007212B2">
        <w:rPr>
          <w:sz w:val="16"/>
          <w:lang w:val="sv-SE"/>
        </w:rPr>
        <w:t>Bulevar oslobođenja 205, 11000 Beograd | reklamacije@enmongroup.com | 0800/333335</w:t>
      </w:r>
    </w:p>
    <w:p w14:paraId="2D471655" w14:textId="77777777" w:rsidR="007212B2" w:rsidRPr="007212B2" w:rsidRDefault="007212B2">
      <w:pPr>
        <w:spacing w:after="60"/>
        <w:jc w:val="center"/>
        <w:rPr>
          <w:lang w:val="sv-SE"/>
        </w:rPr>
      </w:pPr>
    </w:p>
    <w:p w14:paraId="5A108546" w14:textId="77777777" w:rsidR="001E55F6" w:rsidRDefault="00000000">
      <w:pPr>
        <w:spacing w:before="40" w:after="0"/>
        <w:jc w:val="center"/>
      </w:pPr>
      <w:r>
        <w:rPr>
          <w:b/>
          <w:sz w:val="34"/>
        </w:rPr>
        <w:t>R E K L A M A C I J A</w:t>
      </w:r>
    </w:p>
    <w:p w14:paraId="46D5B216" w14:textId="77777777" w:rsidR="001E55F6" w:rsidRDefault="00000000">
      <w:pPr>
        <w:spacing w:after="100"/>
        <w:jc w:val="center"/>
      </w:pPr>
      <w:r>
        <w:rPr>
          <w:sz w:val="16"/>
        </w:rPr>
        <w:t>Obrazac za izjavljivanje reklamacije u skladu sa članom 63. Zakona o zaštiti potrošača ("Sl. glasnik RS", br. 35/2026)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701"/>
        <w:gridCol w:w="3061"/>
        <w:gridCol w:w="1701"/>
        <w:gridCol w:w="3061"/>
      </w:tblGrid>
      <w:tr w:rsidR="001E55F6" w14:paraId="48F5BCA1" w14:textId="77777777">
        <w:trPr>
          <w:jc w:val="center"/>
        </w:trPr>
        <w:tc>
          <w:tcPr>
            <w:tcW w:w="1701" w:type="dxa"/>
            <w:tcBorders>
              <w:top w:val="single" w:sz="5" w:space="0" w:color="B7B7B7"/>
              <w:left w:val="single" w:sz="5" w:space="0" w:color="B7B7B7"/>
              <w:bottom w:val="single" w:sz="5" w:space="0" w:color="B7B7B7"/>
              <w:right w:val="single" w:sz="5" w:space="0" w:color="B7B7B7"/>
            </w:tcBorders>
            <w:shd w:val="clear" w:color="auto" w:fill="EDEDED"/>
            <w:vAlign w:val="center"/>
          </w:tcPr>
          <w:p w14:paraId="0F1DBFCD" w14:textId="77777777" w:rsidR="001E55F6" w:rsidRDefault="00000000">
            <w:pPr>
              <w:spacing w:after="0"/>
            </w:pPr>
            <w:r>
              <w:rPr>
                <w:b/>
                <w:sz w:val="16"/>
              </w:rPr>
              <w:t>Broj reklamacije:</w:t>
            </w:r>
          </w:p>
        </w:tc>
        <w:tc>
          <w:tcPr>
            <w:tcW w:w="3061" w:type="dxa"/>
            <w:tcBorders>
              <w:top w:val="single" w:sz="5" w:space="0" w:color="B7B7B7"/>
              <w:left w:val="single" w:sz="5" w:space="0" w:color="B7B7B7"/>
              <w:bottom w:val="single" w:sz="5" w:space="0" w:color="B7B7B7"/>
              <w:right w:val="single" w:sz="5" w:space="0" w:color="B7B7B7"/>
            </w:tcBorders>
            <w:vAlign w:val="center"/>
          </w:tcPr>
          <w:p w14:paraId="0353CBBB" w14:textId="77777777" w:rsidR="001E55F6" w:rsidRDefault="001E55F6">
            <w:pPr>
              <w:spacing w:after="0"/>
            </w:pPr>
          </w:p>
        </w:tc>
        <w:tc>
          <w:tcPr>
            <w:tcW w:w="1701" w:type="dxa"/>
            <w:tcBorders>
              <w:top w:val="single" w:sz="5" w:space="0" w:color="B7B7B7"/>
              <w:left w:val="single" w:sz="5" w:space="0" w:color="B7B7B7"/>
              <w:bottom w:val="single" w:sz="5" w:space="0" w:color="B7B7B7"/>
              <w:right w:val="single" w:sz="5" w:space="0" w:color="B7B7B7"/>
            </w:tcBorders>
            <w:shd w:val="clear" w:color="auto" w:fill="EDEDED"/>
            <w:vAlign w:val="center"/>
          </w:tcPr>
          <w:p w14:paraId="40BB7783" w14:textId="77777777" w:rsidR="001E55F6" w:rsidRDefault="00000000">
            <w:pPr>
              <w:spacing w:after="0"/>
            </w:pPr>
            <w:r>
              <w:rPr>
                <w:b/>
                <w:sz w:val="16"/>
              </w:rPr>
              <w:t>Datum prijema:</w:t>
            </w:r>
          </w:p>
        </w:tc>
        <w:tc>
          <w:tcPr>
            <w:tcW w:w="3061" w:type="dxa"/>
            <w:tcBorders>
              <w:top w:val="single" w:sz="5" w:space="0" w:color="B7B7B7"/>
              <w:left w:val="single" w:sz="5" w:space="0" w:color="B7B7B7"/>
              <w:bottom w:val="single" w:sz="5" w:space="0" w:color="B7B7B7"/>
              <w:right w:val="single" w:sz="5" w:space="0" w:color="B7B7B7"/>
            </w:tcBorders>
            <w:vAlign w:val="center"/>
          </w:tcPr>
          <w:p w14:paraId="72E4A75E" w14:textId="77777777" w:rsidR="001E55F6" w:rsidRDefault="001E55F6">
            <w:pPr>
              <w:spacing w:after="0"/>
            </w:pPr>
          </w:p>
        </w:tc>
      </w:tr>
      <w:tr w:rsidR="001E55F6" w14:paraId="56E27617" w14:textId="77777777">
        <w:trPr>
          <w:jc w:val="center"/>
        </w:trPr>
        <w:tc>
          <w:tcPr>
            <w:tcW w:w="1701" w:type="dxa"/>
            <w:tcBorders>
              <w:top w:val="single" w:sz="5" w:space="0" w:color="B7B7B7"/>
              <w:left w:val="single" w:sz="5" w:space="0" w:color="B7B7B7"/>
              <w:bottom w:val="single" w:sz="5" w:space="0" w:color="B7B7B7"/>
              <w:right w:val="single" w:sz="5" w:space="0" w:color="B7B7B7"/>
            </w:tcBorders>
            <w:shd w:val="clear" w:color="auto" w:fill="EDEDED"/>
            <w:vAlign w:val="center"/>
          </w:tcPr>
          <w:p w14:paraId="16525384" w14:textId="77777777" w:rsidR="001E55F6" w:rsidRDefault="00000000">
            <w:pPr>
              <w:spacing w:after="0"/>
            </w:pPr>
            <w:r>
              <w:rPr>
                <w:b/>
                <w:sz w:val="16"/>
              </w:rPr>
              <w:t>Prodajni objekat:</w:t>
            </w:r>
          </w:p>
        </w:tc>
        <w:tc>
          <w:tcPr>
            <w:tcW w:w="3061" w:type="dxa"/>
            <w:tcBorders>
              <w:top w:val="single" w:sz="5" w:space="0" w:color="B7B7B7"/>
              <w:left w:val="single" w:sz="5" w:space="0" w:color="B7B7B7"/>
              <w:bottom w:val="single" w:sz="5" w:space="0" w:color="B7B7B7"/>
              <w:right w:val="single" w:sz="5" w:space="0" w:color="B7B7B7"/>
            </w:tcBorders>
            <w:vAlign w:val="center"/>
          </w:tcPr>
          <w:p w14:paraId="6F5ABF6C" w14:textId="77777777" w:rsidR="001E55F6" w:rsidRDefault="001E55F6">
            <w:pPr>
              <w:spacing w:after="0"/>
            </w:pPr>
          </w:p>
        </w:tc>
        <w:tc>
          <w:tcPr>
            <w:tcW w:w="1701" w:type="dxa"/>
            <w:tcBorders>
              <w:top w:val="single" w:sz="5" w:space="0" w:color="B7B7B7"/>
              <w:left w:val="single" w:sz="5" w:space="0" w:color="B7B7B7"/>
              <w:bottom w:val="single" w:sz="5" w:space="0" w:color="B7B7B7"/>
              <w:right w:val="single" w:sz="5" w:space="0" w:color="B7B7B7"/>
            </w:tcBorders>
            <w:shd w:val="clear" w:color="auto" w:fill="EDEDED"/>
            <w:vAlign w:val="center"/>
          </w:tcPr>
          <w:p w14:paraId="076E9596" w14:textId="77777777" w:rsidR="001E55F6" w:rsidRDefault="00000000">
            <w:pPr>
              <w:spacing w:after="0"/>
            </w:pPr>
            <w:r>
              <w:rPr>
                <w:b/>
                <w:sz w:val="16"/>
              </w:rPr>
              <w:t>Način prijema:</w:t>
            </w:r>
          </w:p>
        </w:tc>
        <w:tc>
          <w:tcPr>
            <w:tcW w:w="3061" w:type="dxa"/>
            <w:tcBorders>
              <w:top w:val="single" w:sz="5" w:space="0" w:color="B7B7B7"/>
              <w:left w:val="single" w:sz="5" w:space="0" w:color="B7B7B7"/>
              <w:bottom w:val="single" w:sz="5" w:space="0" w:color="B7B7B7"/>
              <w:right w:val="single" w:sz="5" w:space="0" w:color="B7B7B7"/>
            </w:tcBorders>
            <w:vAlign w:val="center"/>
          </w:tcPr>
          <w:p w14:paraId="386D5F01" w14:textId="77777777" w:rsidR="001E55F6" w:rsidRDefault="00000000">
            <w:pPr>
              <w:spacing w:after="0"/>
            </w:pPr>
            <w:r>
              <w:rPr>
                <w:sz w:val="16"/>
              </w:rPr>
              <w:t>□ lično   □ e-mail   □ telefon   □ drugo</w:t>
            </w:r>
          </w:p>
        </w:tc>
      </w:tr>
    </w:tbl>
    <w:p w14:paraId="48D92A32" w14:textId="77777777" w:rsidR="001E55F6" w:rsidRDefault="001E55F6">
      <w:pPr>
        <w:spacing w:after="0"/>
      </w:pPr>
    </w:p>
    <w:p w14:paraId="4E3491D6" w14:textId="77777777" w:rsidR="001E55F6" w:rsidRDefault="00000000">
      <w:pPr>
        <w:spacing w:before="40" w:after="40"/>
      </w:pPr>
      <w:r>
        <w:rPr>
          <w:b/>
          <w:sz w:val="19"/>
        </w:rPr>
        <w:t>PODACI O POTROŠAČU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701"/>
        <w:gridCol w:w="3061"/>
        <w:gridCol w:w="1701"/>
        <w:gridCol w:w="3061"/>
      </w:tblGrid>
      <w:tr w:rsidR="001E55F6" w14:paraId="7F4AC720" w14:textId="77777777">
        <w:trPr>
          <w:jc w:val="center"/>
        </w:trPr>
        <w:tc>
          <w:tcPr>
            <w:tcW w:w="1701" w:type="dxa"/>
            <w:tcBorders>
              <w:top w:val="single" w:sz="5" w:space="0" w:color="B7B7B7"/>
              <w:left w:val="single" w:sz="5" w:space="0" w:color="B7B7B7"/>
              <w:bottom w:val="single" w:sz="5" w:space="0" w:color="B7B7B7"/>
              <w:right w:val="single" w:sz="5" w:space="0" w:color="B7B7B7"/>
            </w:tcBorders>
            <w:shd w:val="clear" w:color="auto" w:fill="EDEDED"/>
          </w:tcPr>
          <w:p w14:paraId="51CB9822" w14:textId="77777777" w:rsidR="001E55F6" w:rsidRDefault="00000000">
            <w:pPr>
              <w:spacing w:after="0"/>
            </w:pPr>
            <w:r>
              <w:rPr>
                <w:b/>
                <w:sz w:val="16"/>
              </w:rPr>
              <w:t>Ime i prezime:</w:t>
            </w:r>
          </w:p>
        </w:tc>
        <w:tc>
          <w:tcPr>
            <w:tcW w:w="3061" w:type="dxa"/>
            <w:tcBorders>
              <w:top w:val="single" w:sz="5" w:space="0" w:color="B7B7B7"/>
              <w:left w:val="single" w:sz="5" w:space="0" w:color="B7B7B7"/>
              <w:bottom w:val="single" w:sz="5" w:space="0" w:color="B7B7B7"/>
              <w:right w:val="single" w:sz="5" w:space="0" w:color="B7B7B7"/>
            </w:tcBorders>
          </w:tcPr>
          <w:p w14:paraId="0A981E95" w14:textId="77777777" w:rsidR="001E55F6" w:rsidRDefault="001E55F6">
            <w:pPr>
              <w:spacing w:after="0"/>
            </w:pPr>
          </w:p>
        </w:tc>
        <w:tc>
          <w:tcPr>
            <w:tcW w:w="1701" w:type="dxa"/>
            <w:tcBorders>
              <w:top w:val="single" w:sz="5" w:space="0" w:color="B7B7B7"/>
              <w:left w:val="single" w:sz="5" w:space="0" w:color="B7B7B7"/>
              <w:bottom w:val="single" w:sz="5" w:space="0" w:color="B7B7B7"/>
              <w:right w:val="single" w:sz="5" w:space="0" w:color="B7B7B7"/>
            </w:tcBorders>
            <w:shd w:val="clear" w:color="auto" w:fill="EDEDED"/>
          </w:tcPr>
          <w:p w14:paraId="08D9DF86" w14:textId="77777777" w:rsidR="001E55F6" w:rsidRDefault="00000000">
            <w:pPr>
              <w:spacing w:after="0"/>
            </w:pPr>
            <w:r>
              <w:rPr>
                <w:b/>
                <w:sz w:val="16"/>
              </w:rPr>
              <w:t>Telefon:</w:t>
            </w:r>
          </w:p>
        </w:tc>
        <w:tc>
          <w:tcPr>
            <w:tcW w:w="3061" w:type="dxa"/>
            <w:tcBorders>
              <w:top w:val="single" w:sz="5" w:space="0" w:color="B7B7B7"/>
              <w:left w:val="single" w:sz="5" w:space="0" w:color="B7B7B7"/>
              <w:bottom w:val="single" w:sz="5" w:space="0" w:color="B7B7B7"/>
              <w:right w:val="single" w:sz="5" w:space="0" w:color="B7B7B7"/>
            </w:tcBorders>
          </w:tcPr>
          <w:p w14:paraId="2960BD4C" w14:textId="77777777" w:rsidR="001E55F6" w:rsidRDefault="001E55F6">
            <w:pPr>
              <w:spacing w:after="0"/>
            </w:pPr>
          </w:p>
        </w:tc>
      </w:tr>
      <w:tr w:rsidR="001E55F6" w14:paraId="4366EC78" w14:textId="77777777">
        <w:trPr>
          <w:jc w:val="center"/>
        </w:trPr>
        <w:tc>
          <w:tcPr>
            <w:tcW w:w="1701" w:type="dxa"/>
            <w:tcBorders>
              <w:top w:val="single" w:sz="5" w:space="0" w:color="B7B7B7"/>
              <w:left w:val="single" w:sz="5" w:space="0" w:color="B7B7B7"/>
              <w:bottom w:val="single" w:sz="5" w:space="0" w:color="B7B7B7"/>
              <w:right w:val="single" w:sz="5" w:space="0" w:color="B7B7B7"/>
            </w:tcBorders>
            <w:shd w:val="clear" w:color="auto" w:fill="EDEDED"/>
          </w:tcPr>
          <w:p w14:paraId="72C61181" w14:textId="77777777" w:rsidR="001E55F6" w:rsidRDefault="00000000">
            <w:pPr>
              <w:spacing w:after="0"/>
            </w:pPr>
            <w:r>
              <w:rPr>
                <w:b/>
                <w:sz w:val="16"/>
              </w:rPr>
              <w:t>Adresa:</w:t>
            </w:r>
          </w:p>
        </w:tc>
        <w:tc>
          <w:tcPr>
            <w:tcW w:w="3061" w:type="dxa"/>
            <w:tcBorders>
              <w:top w:val="single" w:sz="5" w:space="0" w:color="B7B7B7"/>
              <w:left w:val="single" w:sz="5" w:space="0" w:color="B7B7B7"/>
              <w:bottom w:val="single" w:sz="5" w:space="0" w:color="B7B7B7"/>
              <w:right w:val="single" w:sz="5" w:space="0" w:color="B7B7B7"/>
            </w:tcBorders>
          </w:tcPr>
          <w:p w14:paraId="339A7DDF" w14:textId="77777777" w:rsidR="001E55F6" w:rsidRDefault="001E55F6">
            <w:pPr>
              <w:spacing w:after="0"/>
            </w:pPr>
          </w:p>
        </w:tc>
        <w:tc>
          <w:tcPr>
            <w:tcW w:w="1701" w:type="dxa"/>
            <w:tcBorders>
              <w:top w:val="single" w:sz="5" w:space="0" w:color="B7B7B7"/>
              <w:left w:val="single" w:sz="5" w:space="0" w:color="B7B7B7"/>
              <w:bottom w:val="single" w:sz="5" w:space="0" w:color="B7B7B7"/>
              <w:right w:val="single" w:sz="5" w:space="0" w:color="B7B7B7"/>
            </w:tcBorders>
            <w:shd w:val="clear" w:color="auto" w:fill="EDEDED"/>
          </w:tcPr>
          <w:p w14:paraId="48DB9F2A" w14:textId="77777777" w:rsidR="001E55F6" w:rsidRDefault="00000000">
            <w:pPr>
              <w:spacing w:after="0"/>
            </w:pPr>
            <w:r>
              <w:rPr>
                <w:b/>
                <w:sz w:val="16"/>
              </w:rPr>
              <w:t>E-mail:</w:t>
            </w:r>
          </w:p>
        </w:tc>
        <w:tc>
          <w:tcPr>
            <w:tcW w:w="3061" w:type="dxa"/>
            <w:tcBorders>
              <w:top w:val="single" w:sz="5" w:space="0" w:color="B7B7B7"/>
              <w:left w:val="single" w:sz="5" w:space="0" w:color="B7B7B7"/>
              <w:bottom w:val="single" w:sz="5" w:space="0" w:color="B7B7B7"/>
              <w:right w:val="single" w:sz="5" w:space="0" w:color="B7B7B7"/>
            </w:tcBorders>
          </w:tcPr>
          <w:p w14:paraId="2C75EF37" w14:textId="77777777" w:rsidR="001E55F6" w:rsidRDefault="001E55F6">
            <w:pPr>
              <w:spacing w:after="0"/>
            </w:pPr>
          </w:p>
        </w:tc>
      </w:tr>
    </w:tbl>
    <w:p w14:paraId="5E8A891D" w14:textId="77777777" w:rsidR="001E55F6" w:rsidRDefault="00000000">
      <w:pPr>
        <w:spacing w:before="60" w:after="40"/>
      </w:pPr>
      <w:r>
        <w:rPr>
          <w:b/>
          <w:sz w:val="19"/>
        </w:rPr>
        <w:t>PODACI O KUPOVINI I ROBI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701"/>
        <w:gridCol w:w="3061"/>
        <w:gridCol w:w="1701"/>
        <w:gridCol w:w="3061"/>
      </w:tblGrid>
      <w:tr w:rsidR="001E55F6" w14:paraId="4A8D1A27" w14:textId="77777777">
        <w:trPr>
          <w:jc w:val="center"/>
        </w:trPr>
        <w:tc>
          <w:tcPr>
            <w:tcW w:w="1701" w:type="dxa"/>
            <w:tcBorders>
              <w:top w:val="single" w:sz="5" w:space="0" w:color="B7B7B7"/>
              <w:left w:val="single" w:sz="5" w:space="0" w:color="B7B7B7"/>
              <w:bottom w:val="single" w:sz="5" w:space="0" w:color="B7B7B7"/>
              <w:right w:val="single" w:sz="5" w:space="0" w:color="B7B7B7"/>
            </w:tcBorders>
            <w:shd w:val="clear" w:color="auto" w:fill="EDEDED"/>
          </w:tcPr>
          <w:p w14:paraId="03BB0F5B" w14:textId="77777777" w:rsidR="001E55F6" w:rsidRDefault="00000000">
            <w:pPr>
              <w:spacing w:after="0"/>
            </w:pPr>
            <w:r>
              <w:rPr>
                <w:b/>
                <w:sz w:val="16"/>
              </w:rPr>
              <w:t>Naziv / vrsta robe:</w:t>
            </w:r>
          </w:p>
        </w:tc>
        <w:tc>
          <w:tcPr>
            <w:tcW w:w="3061" w:type="dxa"/>
            <w:tcBorders>
              <w:top w:val="single" w:sz="5" w:space="0" w:color="B7B7B7"/>
              <w:left w:val="single" w:sz="5" w:space="0" w:color="B7B7B7"/>
              <w:bottom w:val="single" w:sz="5" w:space="0" w:color="B7B7B7"/>
              <w:right w:val="single" w:sz="5" w:space="0" w:color="B7B7B7"/>
            </w:tcBorders>
          </w:tcPr>
          <w:p w14:paraId="3A48C62A" w14:textId="77777777" w:rsidR="001E55F6" w:rsidRDefault="001E55F6">
            <w:pPr>
              <w:spacing w:after="0"/>
            </w:pPr>
          </w:p>
        </w:tc>
        <w:tc>
          <w:tcPr>
            <w:tcW w:w="1701" w:type="dxa"/>
            <w:tcBorders>
              <w:top w:val="single" w:sz="5" w:space="0" w:color="B7B7B7"/>
              <w:left w:val="single" w:sz="5" w:space="0" w:color="B7B7B7"/>
              <w:bottom w:val="single" w:sz="5" w:space="0" w:color="B7B7B7"/>
              <w:right w:val="single" w:sz="5" w:space="0" w:color="B7B7B7"/>
            </w:tcBorders>
            <w:shd w:val="clear" w:color="auto" w:fill="EDEDED"/>
          </w:tcPr>
          <w:p w14:paraId="14E70444" w14:textId="77777777" w:rsidR="001E55F6" w:rsidRDefault="00000000">
            <w:pPr>
              <w:spacing w:after="0"/>
            </w:pPr>
            <w:r>
              <w:rPr>
                <w:b/>
                <w:sz w:val="16"/>
              </w:rPr>
              <w:t>Broj računa:</w:t>
            </w:r>
          </w:p>
        </w:tc>
        <w:tc>
          <w:tcPr>
            <w:tcW w:w="3061" w:type="dxa"/>
            <w:tcBorders>
              <w:top w:val="single" w:sz="5" w:space="0" w:color="B7B7B7"/>
              <w:left w:val="single" w:sz="5" w:space="0" w:color="B7B7B7"/>
              <w:bottom w:val="single" w:sz="5" w:space="0" w:color="B7B7B7"/>
              <w:right w:val="single" w:sz="5" w:space="0" w:color="B7B7B7"/>
            </w:tcBorders>
          </w:tcPr>
          <w:p w14:paraId="7D9B515B" w14:textId="77777777" w:rsidR="001E55F6" w:rsidRDefault="001E55F6">
            <w:pPr>
              <w:spacing w:after="0"/>
            </w:pPr>
          </w:p>
        </w:tc>
      </w:tr>
      <w:tr w:rsidR="001E55F6" w14:paraId="65CA8E0D" w14:textId="77777777">
        <w:trPr>
          <w:jc w:val="center"/>
        </w:trPr>
        <w:tc>
          <w:tcPr>
            <w:tcW w:w="1701" w:type="dxa"/>
            <w:tcBorders>
              <w:top w:val="single" w:sz="5" w:space="0" w:color="B7B7B7"/>
              <w:left w:val="single" w:sz="5" w:space="0" w:color="B7B7B7"/>
              <w:bottom w:val="single" w:sz="5" w:space="0" w:color="B7B7B7"/>
              <w:right w:val="single" w:sz="5" w:space="0" w:color="B7B7B7"/>
            </w:tcBorders>
            <w:shd w:val="clear" w:color="auto" w:fill="EDEDED"/>
          </w:tcPr>
          <w:p w14:paraId="22311B05" w14:textId="77777777" w:rsidR="001E55F6" w:rsidRDefault="00000000">
            <w:pPr>
              <w:spacing w:after="0"/>
            </w:pPr>
            <w:r>
              <w:rPr>
                <w:b/>
                <w:sz w:val="16"/>
              </w:rPr>
              <w:t>Datum kupovine:</w:t>
            </w:r>
          </w:p>
        </w:tc>
        <w:tc>
          <w:tcPr>
            <w:tcW w:w="3061" w:type="dxa"/>
            <w:tcBorders>
              <w:top w:val="single" w:sz="5" w:space="0" w:color="B7B7B7"/>
              <w:left w:val="single" w:sz="5" w:space="0" w:color="B7B7B7"/>
              <w:bottom w:val="single" w:sz="5" w:space="0" w:color="B7B7B7"/>
              <w:right w:val="single" w:sz="5" w:space="0" w:color="B7B7B7"/>
            </w:tcBorders>
          </w:tcPr>
          <w:p w14:paraId="50E641EB" w14:textId="77777777" w:rsidR="001E55F6" w:rsidRDefault="001E55F6">
            <w:pPr>
              <w:spacing w:after="0"/>
            </w:pPr>
          </w:p>
        </w:tc>
        <w:tc>
          <w:tcPr>
            <w:tcW w:w="1701" w:type="dxa"/>
            <w:tcBorders>
              <w:top w:val="single" w:sz="5" w:space="0" w:color="B7B7B7"/>
              <w:left w:val="single" w:sz="5" w:space="0" w:color="B7B7B7"/>
              <w:bottom w:val="single" w:sz="5" w:space="0" w:color="B7B7B7"/>
              <w:right w:val="single" w:sz="5" w:space="0" w:color="B7B7B7"/>
            </w:tcBorders>
            <w:shd w:val="clear" w:color="auto" w:fill="EDEDED"/>
          </w:tcPr>
          <w:p w14:paraId="2C7BA991" w14:textId="77777777" w:rsidR="001E55F6" w:rsidRDefault="00000000">
            <w:pPr>
              <w:spacing w:after="0"/>
            </w:pPr>
            <w:r>
              <w:rPr>
                <w:b/>
                <w:sz w:val="16"/>
              </w:rPr>
              <w:t>Datum isporuke / preuzimanja:</w:t>
            </w:r>
          </w:p>
        </w:tc>
        <w:tc>
          <w:tcPr>
            <w:tcW w:w="3061" w:type="dxa"/>
            <w:tcBorders>
              <w:top w:val="single" w:sz="5" w:space="0" w:color="B7B7B7"/>
              <w:left w:val="single" w:sz="5" w:space="0" w:color="B7B7B7"/>
              <w:bottom w:val="single" w:sz="5" w:space="0" w:color="B7B7B7"/>
              <w:right w:val="single" w:sz="5" w:space="0" w:color="B7B7B7"/>
            </w:tcBorders>
          </w:tcPr>
          <w:p w14:paraId="1F24E74F" w14:textId="77777777" w:rsidR="001E55F6" w:rsidRDefault="001E55F6">
            <w:pPr>
              <w:spacing w:after="0"/>
            </w:pPr>
          </w:p>
        </w:tc>
      </w:tr>
      <w:tr w:rsidR="001E55F6" w:rsidRPr="007212B2" w14:paraId="3E0C40AE" w14:textId="77777777">
        <w:trPr>
          <w:jc w:val="center"/>
        </w:trPr>
        <w:tc>
          <w:tcPr>
            <w:tcW w:w="1701" w:type="dxa"/>
            <w:tcBorders>
              <w:top w:val="single" w:sz="5" w:space="0" w:color="B7B7B7"/>
              <w:left w:val="single" w:sz="5" w:space="0" w:color="B7B7B7"/>
              <w:bottom w:val="single" w:sz="5" w:space="0" w:color="B7B7B7"/>
              <w:right w:val="single" w:sz="5" w:space="0" w:color="B7B7B7"/>
            </w:tcBorders>
            <w:shd w:val="clear" w:color="auto" w:fill="EDEDED"/>
          </w:tcPr>
          <w:p w14:paraId="26B86616" w14:textId="77777777" w:rsidR="001E55F6" w:rsidRDefault="00000000">
            <w:pPr>
              <w:spacing w:after="0"/>
            </w:pPr>
            <w:r>
              <w:rPr>
                <w:b/>
                <w:sz w:val="16"/>
              </w:rPr>
              <w:t>Drugi dokaz o kupovini:</w:t>
            </w:r>
          </w:p>
        </w:tc>
        <w:tc>
          <w:tcPr>
            <w:tcW w:w="3061" w:type="dxa"/>
            <w:tcBorders>
              <w:top w:val="single" w:sz="5" w:space="0" w:color="B7B7B7"/>
              <w:left w:val="single" w:sz="5" w:space="0" w:color="B7B7B7"/>
              <w:bottom w:val="single" w:sz="5" w:space="0" w:color="B7B7B7"/>
              <w:right w:val="single" w:sz="5" w:space="0" w:color="B7B7B7"/>
            </w:tcBorders>
          </w:tcPr>
          <w:p w14:paraId="0B3119E9" w14:textId="77777777" w:rsidR="001E55F6" w:rsidRDefault="001E55F6">
            <w:pPr>
              <w:spacing w:after="0"/>
            </w:pPr>
          </w:p>
        </w:tc>
        <w:tc>
          <w:tcPr>
            <w:tcW w:w="1701" w:type="dxa"/>
            <w:tcBorders>
              <w:top w:val="single" w:sz="5" w:space="0" w:color="B7B7B7"/>
              <w:left w:val="single" w:sz="5" w:space="0" w:color="B7B7B7"/>
              <w:bottom w:val="single" w:sz="5" w:space="0" w:color="B7B7B7"/>
              <w:right w:val="single" w:sz="5" w:space="0" w:color="B7B7B7"/>
            </w:tcBorders>
            <w:shd w:val="clear" w:color="auto" w:fill="EDEDED"/>
          </w:tcPr>
          <w:p w14:paraId="75BBB0CB" w14:textId="77777777" w:rsidR="001E55F6" w:rsidRPr="007212B2" w:rsidRDefault="00000000">
            <w:pPr>
              <w:spacing w:after="0"/>
              <w:rPr>
                <w:lang w:val="sv-SE"/>
              </w:rPr>
            </w:pPr>
            <w:r w:rsidRPr="007212B2">
              <w:rPr>
                <w:b/>
                <w:sz w:val="16"/>
                <w:lang w:val="sv-SE"/>
              </w:rPr>
              <w:t>Serijski / kataloški broj (ako postoji):</w:t>
            </w:r>
          </w:p>
        </w:tc>
        <w:tc>
          <w:tcPr>
            <w:tcW w:w="3061" w:type="dxa"/>
            <w:tcBorders>
              <w:top w:val="single" w:sz="5" w:space="0" w:color="B7B7B7"/>
              <w:left w:val="single" w:sz="5" w:space="0" w:color="B7B7B7"/>
              <w:bottom w:val="single" w:sz="5" w:space="0" w:color="B7B7B7"/>
              <w:right w:val="single" w:sz="5" w:space="0" w:color="B7B7B7"/>
            </w:tcBorders>
          </w:tcPr>
          <w:p w14:paraId="3C7A61F1" w14:textId="77777777" w:rsidR="001E55F6" w:rsidRPr="007212B2" w:rsidRDefault="001E55F6">
            <w:pPr>
              <w:spacing w:after="0"/>
              <w:rPr>
                <w:lang w:val="sv-SE"/>
              </w:rPr>
            </w:pPr>
          </w:p>
        </w:tc>
      </w:tr>
    </w:tbl>
    <w:p w14:paraId="771A1CCA" w14:textId="77777777" w:rsidR="001E55F6" w:rsidRDefault="00000000">
      <w:pPr>
        <w:spacing w:before="60" w:after="40"/>
      </w:pPr>
      <w:r>
        <w:rPr>
          <w:b/>
          <w:sz w:val="19"/>
        </w:rPr>
        <w:t>OPIS NESАOBRAZNOSTI / DRUGOG NEDOSTATKA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596"/>
      </w:tblGrid>
      <w:tr w:rsidR="001E55F6" w14:paraId="10A7C2E3" w14:textId="77777777">
        <w:trPr>
          <w:jc w:val="center"/>
        </w:trPr>
        <w:tc>
          <w:tcPr>
            <w:tcW w:w="10596" w:type="dxa"/>
            <w:tcBorders>
              <w:top w:val="single" w:sz="5" w:space="0" w:color="B7B7B7"/>
              <w:left w:val="single" w:sz="5" w:space="0" w:color="B7B7B7"/>
              <w:bottom w:val="single" w:sz="5" w:space="0" w:color="B7B7B7"/>
              <w:right w:val="single" w:sz="5" w:space="0" w:color="B7B7B7"/>
            </w:tcBorders>
          </w:tcPr>
          <w:p w14:paraId="3FCF5975" w14:textId="77777777" w:rsidR="001E55F6" w:rsidRDefault="001E55F6"/>
        </w:tc>
      </w:tr>
      <w:tr w:rsidR="001E55F6" w14:paraId="14E32C22" w14:textId="77777777">
        <w:trPr>
          <w:jc w:val="center"/>
        </w:trPr>
        <w:tc>
          <w:tcPr>
            <w:tcW w:w="10596" w:type="dxa"/>
            <w:tcBorders>
              <w:top w:val="single" w:sz="5" w:space="0" w:color="B7B7B7"/>
              <w:left w:val="single" w:sz="5" w:space="0" w:color="B7B7B7"/>
              <w:bottom w:val="single" w:sz="5" w:space="0" w:color="B7B7B7"/>
              <w:right w:val="single" w:sz="5" w:space="0" w:color="B7B7B7"/>
            </w:tcBorders>
          </w:tcPr>
          <w:p w14:paraId="0EEC28BA" w14:textId="77777777" w:rsidR="001E55F6" w:rsidRDefault="001E55F6"/>
        </w:tc>
      </w:tr>
      <w:tr w:rsidR="001E55F6" w14:paraId="07C6F45F" w14:textId="77777777">
        <w:trPr>
          <w:jc w:val="center"/>
        </w:trPr>
        <w:tc>
          <w:tcPr>
            <w:tcW w:w="10596" w:type="dxa"/>
            <w:tcBorders>
              <w:top w:val="single" w:sz="5" w:space="0" w:color="B7B7B7"/>
              <w:left w:val="single" w:sz="5" w:space="0" w:color="B7B7B7"/>
              <w:bottom w:val="single" w:sz="5" w:space="0" w:color="B7B7B7"/>
              <w:right w:val="single" w:sz="5" w:space="0" w:color="B7B7B7"/>
            </w:tcBorders>
          </w:tcPr>
          <w:p w14:paraId="6A20CF8B" w14:textId="77777777" w:rsidR="001E55F6" w:rsidRDefault="001E55F6"/>
        </w:tc>
      </w:tr>
    </w:tbl>
    <w:p w14:paraId="76999110" w14:textId="77777777" w:rsidR="001E55F6" w:rsidRDefault="00000000">
      <w:pPr>
        <w:spacing w:before="60" w:after="40"/>
      </w:pPr>
      <w:r>
        <w:rPr>
          <w:b/>
          <w:sz w:val="19"/>
        </w:rPr>
        <w:t>ZAHTEV POTROŠAČA</w:t>
      </w:r>
    </w:p>
    <w:p w14:paraId="7C5F079F" w14:textId="77777777" w:rsidR="001E55F6" w:rsidRPr="007212B2" w:rsidRDefault="00000000">
      <w:pPr>
        <w:spacing w:after="20"/>
        <w:rPr>
          <w:lang w:val="sv-SE"/>
        </w:rPr>
      </w:pPr>
      <w:r w:rsidRPr="007212B2">
        <w:rPr>
          <w:sz w:val="17"/>
          <w:lang w:val="sv-SE"/>
        </w:rPr>
        <w:t>Molim da se reklamacija reši na sledeći način: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298"/>
        <w:gridCol w:w="5298"/>
      </w:tblGrid>
      <w:tr w:rsidR="001E55F6" w14:paraId="6029659E" w14:textId="77777777">
        <w:trPr>
          <w:jc w:val="center"/>
        </w:trPr>
        <w:tc>
          <w:tcPr>
            <w:tcW w:w="5298" w:type="dxa"/>
            <w:tcBorders>
              <w:top w:val="single" w:sz="5" w:space="0" w:color="B7B7B7"/>
              <w:left w:val="single" w:sz="5" w:space="0" w:color="B7B7B7"/>
              <w:bottom w:val="single" w:sz="5" w:space="0" w:color="B7B7B7"/>
              <w:right w:val="single" w:sz="5" w:space="0" w:color="B7B7B7"/>
            </w:tcBorders>
          </w:tcPr>
          <w:p w14:paraId="64B465DB" w14:textId="77777777" w:rsidR="001E55F6" w:rsidRDefault="00000000">
            <w:pPr>
              <w:spacing w:after="0"/>
            </w:pPr>
            <w:r>
              <w:rPr>
                <w:sz w:val="17"/>
              </w:rPr>
              <w:t xml:space="preserve">□ </w:t>
            </w:r>
            <w:proofErr w:type="spellStart"/>
            <w:r>
              <w:rPr>
                <w:sz w:val="17"/>
              </w:rPr>
              <w:t>opravka</w:t>
            </w:r>
            <w:proofErr w:type="spellEnd"/>
          </w:p>
        </w:tc>
        <w:tc>
          <w:tcPr>
            <w:tcW w:w="5298" w:type="dxa"/>
            <w:tcBorders>
              <w:top w:val="single" w:sz="5" w:space="0" w:color="B7B7B7"/>
              <w:left w:val="single" w:sz="5" w:space="0" w:color="B7B7B7"/>
              <w:bottom w:val="single" w:sz="5" w:space="0" w:color="B7B7B7"/>
              <w:right w:val="single" w:sz="5" w:space="0" w:color="B7B7B7"/>
            </w:tcBorders>
          </w:tcPr>
          <w:p w14:paraId="77B46F94" w14:textId="77777777" w:rsidR="001E55F6" w:rsidRDefault="00000000">
            <w:pPr>
              <w:spacing w:after="0"/>
            </w:pPr>
            <w:r>
              <w:rPr>
                <w:sz w:val="17"/>
              </w:rPr>
              <w:t>□ zamena</w:t>
            </w:r>
          </w:p>
        </w:tc>
      </w:tr>
      <w:tr w:rsidR="001E55F6" w:rsidRPr="007212B2" w14:paraId="38E4FA37" w14:textId="77777777">
        <w:trPr>
          <w:jc w:val="center"/>
        </w:trPr>
        <w:tc>
          <w:tcPr>
            <w:tcW w:w="5298" w:type="dxa"/>
            <w:tcBorders>
              <w:top w:val="single" w:sz="5" w:space="0" w:color="B7B7B7"/>
              <w:left w:val="single" w:sz="5" w:space="0" w:color="B7B7B7"/>
              <w:bottom w:val="single" w:sz="5" w:space="0" w:color="B7B7B7"/>
              <w:right w:val="single" w:sz="5" w:space="0" w:color="B7B7B7"/>
            </w:tcBorders>
          </w:tcPr>
          <w:p w14:paraId="2F2C4B1F" w14:textId="77777777" w:rsidR="001E55F6" w:rsidRDefault="00000000">
            <w:pPr>
              <w:spacing w:after="0"/>
            </w:pPr>
            <w:r>
              <w:rPr>
                <w:sz w:val="17"/>
              </w:rPr>
              <w:t>□ odgovarajuće umanjenje cene</w:t>
            </w:r>
          </w:p>
        </w:tc>
        <w:tc>
          <w:tcPr>
            <w:tcW w:w="5298" w:type="dxa"/>
            <w:tcBorders>
              <w:top w:val="single" w:sz="5" w:space="0" w:color="B7B7B7"/>
              <w:left w:val="single" w:sz="5" w:space="0" w:color="B7B7B7"/>
              <w:bottom w:val="single" w:sz="5" w:space="0" w:color="B7B7B7"/>
              <w:right w:val="single" w:sz="5" w:space="0" w:color="B7B7B7"/>
            </w:tcBorders>
          </w:tcPr>
          <w:p w14:paraId="514AAD3E" w14:textId="77777777" w:rsidR="001E55F6" w:rsidRPr="007212B2" w:rsidRDefault="00000000">
            <w:pPr>
              <w:spacing w:after="0"/>
              <w:rPr>
                <w:lang w:val="sv-SE"/>
              </w:rPr>
            </w:pPr>
            <w:r w:rsidRPr="007212B2">
              <w:rPr>
                <w:sz w:val="17"/>
                <w:lang w:val="sv-SE"/>
              </w:rPr>
              <w:t>□ raskid ugovora i povraćaj plaćenog iznosa</w:t>
            </w:r>
          </w:p>
        </w:tc>
      </w:tr>
    </w:tbl>
    <w:p w14:paraId="435FEFE4" w14:textId="77777777" w:rsidR="001E55F6" w:rsidRPr="007212B2" w:rsidRDefault="00000000">
      <w:pPr>
        <w:spacing w:before="40" w:after="20"/>
        <w:rPr>
          <w:lang w:val="sv-SE"/>
        </w:rPr>
      </w:pPr>
      <w:r w:rsidRPr="007212B2">
        <w:rPr>
          <w:i/>
          <w:sz w:val="15"/>
          <w:lang w:val="sv-SE"/>
        </w:rPr>
        <w:t>Napomena: Ako se nesaobraznost pojavi u roku od 30 dana od dana isporuke robe, potrošač ima pravo da bira između zamene, odgovarajućeg umanjenja cene ili raskida ugovora.</w:t>
      </w:r>
    </w:p>
    <w:p w14:paraId="5282C47C" w14:textId="77777777" w:rsidR="001E55F6" w:rsidRPr="007212B2" w:rsidRDefault="00000000">
      <w:pPr>
        <w:spacing w:after="20"/>
        <w:rPr>
          <w:lang w:val="sv-SE"/>
        </w:rPr>
      </w:pPr>
      <w:r w:rsidRPr="007212B2">
        <w:rPr>
          <w:sz w:val="16"/>
          <w:lang w:val="sv-SE"/>
        </w:rPr>
        <w:t>Da li je roba već bila na opravci po reklamaciji?  □ da   □ ne    Ako jeste, broj prethodne reklamacije: __________________</w:t>
      </w:r>
    </w:p>
    <w:p w14:paraId="7DB8ADE6" w14:textId="77777777" w:rsidR="001E55F6" w:rsidRPr="007212B2" w:rsidRDefault="00000000">
      <w:pPr>
        <w:spacing w:before="40" w:after="20"/>
        <w:rPr>
          <w:lang w:val="sv-SE"/>
        </w:rPr>
      </w:pPr>
      <w:r w:rsidRPr="007212B2">
        <w:rPr>
          <w:b/>
          <w:lang w:val="sv-SE"/>
        </w:rPr>
        <w:t>PRILOZI / DOKAZ O KUPOVINI</w:t>
      </w:r>
    </w:p>
    <w:p w14:paraId="30F43D21" w14:textId="77777777" w:rsidR="001E55F6" w:rsidRPr="007212B2" w:rsidRDefault="00000000">
      <w:pPr>
        <w:spacing w:after="20"/>
        <w:rPr>
          <w:lang w:val="sv-SE"/>
        </w:rPr>
      </w:pPr>
      <w:r w:rsidRPr="007212B2">
        <w:rPr>
          <w:sz w:val="16"/>
          <w:lang w:val="sv-SE"/>
        </w:rPr>
        <w:t>□ račun na uvid / kopija računa   □ slip   □ drugi dokaz o kupovini: ______________________________</w:t>
      </w:r>
    </w:p>
    <w:p w14:paraId="24D9D61C" w14:textId="77777777" w:rsidR="001E55F6" w:rsidRPr="007212B2" w:rsidRDefault="00000000">
      <w:pPr>
        <w:spacing w:after="20"/>
        <w:rPr>
          <w:lang w:val="sv-SE"/>
        </w:rPr>
      </w:pPr>
      <w:r w:rsidRPr="007212B2">
        <w:rPr>
          <w:i/>
          <w:sz w:val="15"/>
          <w:lang w:val="sv-SE"/>
        </w:rPr>
        <w:t>Fotografije i video-snimci mogu se dostaviti radi lakšeg utvrđivanja činjeničnog stanja, ali nisu uslov za prijem reklamacije.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298"/>
        <w:gridCol w:w="5298"/>
      </w:tblGrid>
      <w:tr w:rsidR="001E55F6" w:rsidRPr="007212B2" w14:paraId="4838309B" w14:textId="77777777">
        <w:trPr>
          <w:jc w:val="center"/>
        </w:trPr>
        <w:tc>
          <w:tcPr>
            <w:tcW w:w="5298" w:type="dxa"/>
          </w:tcPr>
          <w:p w14:paraId="53F7AFB6" w14:textId="77777777" w:rsidR="001E55F6" w:rsidRDefault="00000000">
            <w:pPr>
              <w:spacing w:after="0"/>
              <w:jc w:val="center"/>
            </w:pPr>
            <w:r>
              <w:rPr>
                <w:b/>
                <w:sz w:val="16"/>
              </w:rPr>
              <w:t xml:space="preserve">Mesto </w:t>
            </w:r>
            <w:proofErr w:type="spellStart"/>
            <w:r>
              <w:rPr>
                <w:b/>
                <w:sz w:val="16"/>
              </w:rPr>
              <w:t>i</w:t>
            </w:r>
            <w:proofErr w:type="spellEnd"/>
            <w:r>
              <w:rPr>
                <w:b/>
                <w:sz w:val="16"/>
              </w:rPr>
              <w:t xml:space="preserve"> datum:</w:t>
            </w:r>
          </w:p>
        </w:tc>
        <w:tc>
          <w:tcPr>
            <w:tcW w:w="5298" w:type="dxa"/>
          </w:tcPr>
          <w:p w14:paraId="601CB427" w14:textId="77777777" w:rsidR="001E55F6" w:rsidRPr="007212B2" w:rsidRDefault="00000000">
            <w:pPr>
              <w:spacing w:after="0"/>
              <w:jc w:val="center"/>
              <w:rPr>
                <w:lang w:val="sv-SE"/>
              </w:rPr>
            </w:pPr>
            <w:r w:rsidRPr="007212B2">
              <w:rPr>
                <w:b/>
                <w:sz w:val="16"/>
                <w:lang w:val="sv-SE"/>
              </w:rPr>
              <w:t>Potpis potrošača (ako se podnosi u pisanom obliku):</w:t>
            </w:r>
          </w:p>
        </w:tc>
      </w:tr>
      <w:tr w:rsidR="001E55F6" w14:paraId="5EF0719F" w14:textId="77777777">
        <w:trPr>
          <w:jc w:val="center"/>
        </w:trPr>
        <w:tc>
          <w:tcPr>
            <w:tcW w:w="5298" w:type="dxa"/>
          </w:tcPr>
          <w:p w14:paraId="2EAD8E7D" w14:textId="77777777" w:rsidR="001E55F6" w:rsidRDefault="00000000">
            <w:pPr>
              <w:spacing w:after="0"/>
              <w:jc w:val="center"/>
            </w:pPr>
            <w:r>
              <w:rPr>
                <w:sz w:val="16"/>
              </w:rPr>
              <w:t>________________________________</w:t>
            </w:r>
          </w:p>
        </w:tc>
        <w:tc>
          <w:tcPr>
            <w:tcW w:w="5298" w:type="dxa"/>
          </w:tcPr>
          <w:p w14:paraId="534025A1" w14:textId="77777777" w:rsidR="001E55F6" w:rsidRDefault="00000000">
            <w:pPr>
              <w:spacing w:after="0"/>
              <w:jc w:val="center"/>
            </w:pPr>
            <w:r>
              <w:rPr>
                <w:sz w:val="16"/>
              </w:rPr>
              <w:t>________________________________</w:t>
            </w:r>
          </w:p>
        </w:tc>
      </w:tr>
    </w:tbl>
    <w:p w14:paraId="4943BC53" w14:textId="77777777" w:rsidR="001E55F6" w:rsidRDefault="00000000">
      <w:pPr>
        <w:spacing w:before="40" w:after="0"/>
      </w:pPr>
      <w:r>
        <w:rPr>
          <w:sz w:val="15"/>
        </w:rPr>
        <w:t>Reklamacija se može izjaviti usmeno na prodajnom mestu određenom za prijem reklamacija, telefonom, pisanim ili elektronskim putem, uz račun na uvid ili drugi dokaz o kupovini. Korišćenje ovog obrasca nije uslov za izjavljivanje reklamacije.</w:t>
      </w:r>
    </w:p>
    <w:sectPr w:rsidR="001E55F6" w:rsidSect="007212B2">
      <w:footerReference w:type="default" r:id="rId8"/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7FE00B" w14:textId="77777777" w:rsidR="00921D29" w:rsidRDefault="00921D29">
      <w:pPr>
        <w:spacing w:after="0" w:line="240" w:lineRule="auto"/>
      </w:pPr>
      <w:r>
        <w:separator/>
      </w:r>
    </w:p>
  </w:endnote>
  <w:endnote w:type="continuationSeparator" w:id="0">
    <w:p w14:paraId="1F9EC014" w14:textId="77777777" w:rsidR="00921D29" w:rsidRDefault="00921D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857C7F" w14:textId="77777777" w:rsidR="001E55F6" w:rsidRDefault="00000000">
    <w:pPr>
      <w:pStyle w:val="Footer"/>
      <w:jc w:val="center"/>
    </w:pPr>
    <w:r>
      <w:rPr>
        <w:sz w:val="14"/>
      </w:rPr>
      <w:t>ENMON DOO BEOGRAD | PIB 101821921 | www.enmongroup.com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D22DF3" w14:textId="77777777" w:rsidR="00921D29" w:rsidRDefault="00921D29">
      <w:pPr>
        <w:spacing w:after="0" w:line="240" w:lineRule="auto"/>
      </w:pPr>
      <w:r>
        <w:separator/>
      </w:r>
    </w:p>
  </w:footnote>
  <w:footnote w:type="continuationSeparator" w:id="0">
    <w:p w14:paraId="4658AD8B" w14:textId="77777777" w:rsidR="00921D29" w:rsidRDefault="00921D2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713236985">
    <w:abstractNumId w:val="8"/>
  </w:num>
  <w:num w:numId="2" w16cid:durableId="1391492968">
    <w:abstractNumId w:val="6"/>
  </w:num>
  <w:num w:numId="3" w16cid:durableId="220797463">
    <w:abstractNumId w:val="5"/>
  </w:num>
  <w:num w:numId="4" w16cid:durableId="951788548">
    <w:abstractNumId w:val="4"/>
  </w:num>
  <w:num w:numId="5" w16cid:durableId="2089031775">
    <w:abstractNumId w:val="7"/>
  </w:num>
  <w:num w:numId="6" w16cid:durableId="2032032022">
    <w:abstractNumId w:val="3"/>
  </w:num>
  <w:num w:numId="7" w16cid:durableId="66001954">
    <w:abstractNumId w:val="2"/>
  </w:num>
  <w:num w:numId="8" w16cid:durableId="727069345">
    <w:abstractNumId w:val="1"/>
  </w:num>
  <w:num w:numId="9" w16cid:durableId="2774192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1E55F6"/>
    <w:rsid w:val="0029639D"/>
    <w:rsid w:val="00326F90"/>
    <w:rsid w:val="005A55E7"/>
    <w:rsid w:val="007212B2"/>
    <w:rsid w:val="00921D29"/>
    <w:rsid w:val="00A311D0"/>
    <w:rsid w:val="00AA1D8D"/>
    <w:rsid w:val="00B47730"/>
    <w:rsid w:val="00CB0664"/>
    <w:rsid w:val="00D74E7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D90B198"/>
  <w14:defaultImageDpi w14:val="300"/>
  <w15:docId w15:val="{EAE90625-29EF-4068-AD18-9FE3416170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rial" w:hAnsi="Arial"/>
      <w:sz w:val="18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257</Words>
  <Characters>1471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1725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Web Admini</cp:lastModifiedBy>
  <cp:revision>4</cp:revision>
  <cp:lastPrinted>2026-08-12T12:53:00Z</cp:lastPrinted>
  <dcterms:created xsi:type="dcterms:W3CDTF">2026-08-12T12:51:00Z</dcterms:created>
  <dcterms:modified xsi:type="dcterms:W3CDTF">2026-08-12T12:53:00Z</dcterms:modified>
  <cp:category/>
</cp:coreProperties>
</file>