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117C" w14:textId="77777777" w:rsidR="009F23F2" w:rsidRPr="008551F3" w:rsidRDefault="009F23F2">
      <w:pPr>
        <w:jc w:val="center"/>
        <w:rPr>
          <w:b/>
          <w:sz w:val="18"/>
          <w:szCs w:val="18"/>
        </w:rPr>
      </w:pPr>
    </w:p>
    <w:p w14:paraId="21C7378B" w14:textId="1B9BED87" w:rsidR="0095050A" w:rsidRPr="008551F3" w:rsidRDefault="00000000">
      <w:pPr>
        <w:jc w:val="center"/>
        <w:rPr>
          <w:sz w:val="18"/>
          <w:szCs w:val="18"/>
        </w:rPr>
      </w:pPr>
      <w:r w:rsidRPr="008551F3">
        <w:rPr>
          <w:b/>
          <w:sz w:val="18"/>
          <w:szCs w:val="18"/>
        </w:rPr>
        <w:t>ОБРАЗАЦ ЗА ОДУСТАНАК ОД УГОВОРА</w:t>
      </w:r>
    </w:p>
    <w:p w14:paraId="72AA9421" w14:textId="77777777" w:rsidR="0095050A" w:rsidRPr="008551F3" w:rsidRDefault="00000000">
      <w:pPr>
        <w:jc w:val="center"/>
        <w:rPr>
          <w:sz w:val="18"/>
          <w:szCs w:val="18"/>
        </w:rPr>
      </w:pPr>
      <w:r w:rsidRPr="008551F3">
        <w:rPr>
          <w:b/>
          <w:sz w:val="18"/>
          <w:szCs w:val="18"/>
        </w:rPr>
        <w:t>ЗАКЉУЧЕНОГ НА ДАЉИНУ ИЛИ ИЗВАН ПОСЛОВНИХ ПРОСТОРИЈА</w:t>
      </w:r>
    </w:p>
    <w:p w14:paraId="15019E84" w14:textId="77777777" w:rsidR="0095050A" w:rsidRPr="008551F3" w:rsidRDefault="00000000">
      <w:pPr>
        <w:spacing w:after="60"/>
        <w:rPr>
          <w:sz w:val="18"/>
          <w:szCs w:val="18"/>
        </w:rPr>
      </w:pPr>
      <w:r w:rsidRPr="008551F3">
        <w:rPr>
          <w:b/>
          <w:sz w:val="18"/>
          <w:szCs w:val="18"/>
        </w:rPr>
        <w:t>ПОДАЦИ О ТРГОВЦУ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95050A" w:rsidRPr="008551F3" w14:paraId="68027C85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7A2AF069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Трговац: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5C55F0C4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sz w:val="18"/>
                <w:szCs w:val="18"/>
              </w:rPr>
              <w:t>ЕНМОН ДОО БЕОГРАД</w:t>
            </w:r>
          </w:p>
        </w:tc>
      </w:tr>
      <w:tr w:rsidR="0095050A" w:rsidRPr="008551F3" w14:paraId="31DC5589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426FFB0B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Адреса: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5CFEB115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sz w:val="18"/>
                <w:szCs w:val="18"/>
              </w:rPr>
              <w:t>Булевар ослобођења 205, 11000 Београд</w:t>
            </w:r>
          </w:p>
        </w:tc>
      </w:tr>
      <w:tr w:rsidR="0095050A" w:rsidRPr="008551F3" w14:paraId="213262A1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6CCA399D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Телефон: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25113BDD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sz w:val="18"/>
                <w:szCs w:val="18"/>
              </w:rPr>
              <w:t>011 78 56 060</w:t>
            </w:r>
          </w:p>
        </w:tc>
      </w:tr>
      <w:tr w:rsidR="0095050A" w:rsidRPr="008551F3" w14:paraId="16377310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24FE900F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Факс: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54E9538F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sz w:val="18"/>
                <w:szCs w:val="18"/>
              </w:rPr>
              <w:t>011 785 6020</w:t>
            </w:r>
          </w:p>
        </w:tc>
      </w:tr>
      <w:tr w:rsidR="0095050A" w:rsidRPr="008551F3" w14:paraId="184C111B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6845E5AE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Електронска пошта: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5C893F3E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sz w:val="18"/>
                <w:szCs w:val="18"/>
              </w:rPr>
              <w:t>webshop@enmongroup.com</w:t>
            </w:r>
          </w:p>
        </w:tc>
      </w:tr>
    </w:tbl>
    <w:p w14:paraId="3938FBA5" w14:textId="77777777" w:rsidR="0095050A" w:rsidRPr="008551F3" w:rsidRDefault="0095050A">
      <w:pPr>
        <w:rPr>
          <w:sz w:val="18"/>
          <w:szCs w:val="18"/>
        </w:rPr>
      </w:pPr>
    </w:p>
    <w:p w14:paraId="5A1AC3AE" w14:textId="77777777" w:rsidR="0095050A" w:rsidRPr="008551F3" w:rsidRDefault="00000000">
      <w:pPr>
        <w:spacing w:after="100"/>
        <w:rPr>
          <w:sz w:val="18"/>
          <w:szCs w:val="18"/>
        </w:rPr>
      </w:pPr>
      <w:r w:rsidRPr="008551F3">
        <w:rPr>
          <w:sz w:val="18"/>
          <w:szCs w:val="18"/>
        </w:rPr>
        <w:t>Овим путем обавештавам трговца да одустајем од уговора закљученог на даљину или изван пословних просторија који се односи на следећу робу: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95050A" w:rsidRPr="008551F3" w14:paraId="134B0BF1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4FD1C2C7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Назив / опис робе: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73AE20EB" w14:textId="77777777" w:rsidR="0095050A" w:rsidRDefault="0095050A">
            <w:pPr>
              <w:spacing w:after="0"/>
              <w:rPr>
                <w:sz w:val="18"/>
                <w:szCs w:val="18"/>
              </w:rPr>
            </w:pPr>
          </w:p>
          <w:p w14:paraId="3D2A1A98" w14:textId="1542515B" w:rsidR="008551F3" w:rsidRPr="008551F3" w:rsidRDefault="008551F3">
            <w:pPr>
              <w:spacing w:after="0"/>
              <w:rPr>
                <w:sz w:val="18"/>
                <w:szCs w:val="18"/>
              </w:rPr>
            </w:pPr>
          </w:p>
        </w:tc>
      </w:tr>
      <w:tr w:rsidR="0095050A" w:rsidRPr="008551F3" w14:paraId="0D938FA2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4115E468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Број поруџбине / рачуна: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528EE4C5" w14:textId="77777777" w:rsidR="0095050A" w:rsidRDefault="0095050A">
            <w:pPr>
              <w:spacing w:after="0"/>
              <w:rPr>
                <w:sz w:val="18"/>
                <w:szCs w:val="18"/>
              </w:rPr>
            </w:pPr>
          </w:p>
          <w:p w14:paraId="7FE84B09" w14:textId="7A31DB51" w:rsidR="008551F3" w:rsidRPr="008551F3" w:rsidRDefault="008551F3">
            <w:pPr>
              <w:spacing w:after="0"/>
              <w:rPr>
                <w:sz w:val="18"/>
                <w:szCs w:val="18"/>
              </w:rPr>
            </w:pPr>
          </w:p>
        </w:tc>
      </w:tr>
      <w:tr w:rsidR="0095050A" w:rsidRPr="008551F3" w14:paraId="2A022FEE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70F9FAF6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Датум закључења уговора: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1EA0B4FE" w14:textId="77777777" w:rsidR="0095050A" w:rsidRDefault="0095050A">
            <w:pPr>
              <w:spacing w:after="0"/>
              <w:rPr>
                <w:sz w:val="18"/>
                <w:szCs w:val="18"/>
              </w:rPr>
            </w:pPr>
          </w:p>
          <w:p w14:paraId="411DA9A7" w14:textId="4EEB3D5F" w:rsidR="008551F3" w:rsidRPr="008551F3" w:rsidRDefault="008551F3">
            <w:pPr>
              <w:spacing w:after="0"/>
              <w:rPr>
                <w:sz w:val="18"/>
                <w:szCs w:val="18"/>
              </w:rPr>
            </w:pPr>
          </w:p>
        </w:tc>
      </w:tr>
      <w:tr w:rsidR="0095050A" w:rsidRPr="008551F3" w14:paraId="1AD1ECBF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30F58325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Датум пријема робе: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1CABAED8" w14:textId="77777777" w:rsidR="0095050A" w:rsidRDefault="0095050A">
            <w:pPr>
              <w:spacing w:after="0"/>
              <w:rPr>
                <w:sz w:val="18"/>
                <w:szCs w:val="18"/>
              </w:rPr>
            </w:pPr>
          </w:p>
          <w:p w14:paraId="55B4F96F" w14:textId="164C279A" w:rsidR="008551F3" w:rsidRPr="008551F3" w:rsidRDefault="008551F3">
            <w:pPr>
              <w:spacing w:after="0"/>
              <w:rPr>
                <w:sz w:val="18"/>
                <w:szCs w:val="18"/>
              </w:rPr>
            </w:pPr>
          </w:p>
        </w:tc>
      </w:tr>
      <w:tr w:rsidR="0095050A" w:rsidRPr="008551F3" w14:paraId="5BB74575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02741190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Разлог одустанка (није обавезно):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2633B43E" w14:textId="77777777" w:rsidR="0095050A" w:rsidRDefault="0095050A">
            <w:pPr>
              <w:spacing w:after="0"/>
              <w:rPr>
                <w:sz w:val="18"/>
                <w:szCs w:val="18"/>
              </w:rPr>
            </w:pPr>
          </w:p>
          <w:p w14:paraId="39D2814D" w14:textId="015F61F3" w:rsidR="008551F3" w:rsidRPr="008551F3" w:rsidRDefault="008551F3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20F08C39" w14:textId="77777777" w:rsidR="0095050A" w:rsidRPr="008551F3" w:rsidRDefault="0095050A">
      <w:pPr>
        <w:rPr>
          <w:sz w:val="18"/>
          <w:szCs w:val="18"/>
        </w:rPr>
      </w:pPr>
    </w:p>
    <w:p w14:paraId="47401DB4" w14:textId="77777777" w:rsidR="0095050A" w:rsidRPr="008551F3" w:rsidRDefault="00000000">
      <w:pPr>
        <w:spacing w:after="60"/>
        <w:rPr>
          <w:sz w:val="18"/>
          <w:szCs w:val="18"/>
        </w:rPr>
      </w:pPr>
      <w:r w:rsidRPr="008551F3">
        <w:rPr>
          <w:b/>
          <w:sz w:val="18"/>
          <w:szCs w:val="18"/>
        </w:rPr>
        <w:t>ПОДАЦИ О ПОТРОШАЧУ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95050A" w:rsidRPr="008551F3" w14:paraId="32A2300D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01C068AC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Име и презиме: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71778821" w14:textId="77777777" w:rsidR="0095050A" w:rsidRDefault="0095050A">
            <w:pPr>
              <w:spacing w:after="0"/>
              <w:rPr>
                <w:sz w:val="18"/>
                <w:szCs w:val="18"/>
              </w:rPr>
            </w:pPr>
          </w:p>
          <w:p w14:paraId="4D7C3FA3" w14:textId="28967196" w:rsidR="008551F3" w:rsidRPr="008551F3" w:rsidRDefault="008551F3">
            <w:pPr>
              <w:spacing w:after="0"/>
              <w:rPr>
                <w:sz w:val="18"/>
                <w:szCs w:val="18"/>
              </w:rPr>
            </w:pPr>
          </w:p>
        </w:tc>
      </w:tr>
      <w:tr w:rsidR="0095050A" w:rsidRPr="008551F3" w14:paraId="1C070A88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131A396B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Адреса: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4FA30B8B" w14:textId="77777777" w:rsidR="0095050A" w:rsidRDefault="0095050A">
            <w:pPr>
              <w:spacing w:after="0"/>
              <w:rPr>
                <w:sz w:val="18"/>
                <w:szCs w:val="18"/>
              </w:rPr>
            </w:pPr>
          </w:p>
          <w:p w14:paraId="7019776A" w14:textId="11AE4FC7" w:rsidR="008551F3" w:rsidRPr="008551F3" w:rsidRDefault="008551F3">
            <w:pPr>
              <w:spacing w:after="0"/>
              <w:rPr>
                <w:sz w:val="18"/>
                <w:szCs w:val="18"/>
              </w:rPr>
            </w:pPr>
          </w:p>
        </w:tc>
      </w:tr>
      <w:tr w:rsidR="0095050A" w:rsidRPr="008551F3" w14:paraId="187F3624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552BC1F8" w14:textId="77777777" w:rsidR="0095050A" w:rsidRPr="008551F3" w:rsidRDefault="00000000">
            <w:pPr>
              <w:spacing w:after="0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Контакт телефон / e-mail: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34C91C60" w14:textId="77777777" w:rsidR="0095050A" w:rsidRDefault="0095050A">
            <w:pPr>
              <w:spacing w:after="0"/>
              <w:rPr>
                <w:sz w:val="18"/>
                <w:szCs w:val="18"/>
              </w:rPr>
            </w:pPr>
          </w:p>
          <w:p w14:paraId="0ABD3AA3" w14:textId="3CFEBA60" w:rsidR="008551F3" w:rsidRPr="008551F3" w:rsidRDefault="008551F3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634CBC06" w14:textId="77777777" w:rsidR="0095050A" w:rsidRPr="008551F3" w:rsidRDefault="0095050A">
      <w:pPr>
        <w:rPr>
          <w:sz w:val="18"/>
          <w:szCs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95050A" w:rsidRPr="008551F3" w14:paraId="45189B2D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11D60DD2" w14:textId="77777777" w:rsidR="0095050A" w:rsidRPr="008551F3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Датум попуњавања обрасца:</w:t>
            </w: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5BDCEA62" w14:textId="77777777" w:rsidR="0095050A" w:rsidRPr="008551F3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551F3">
              <w:rPr>
                <w:b/>
                <w:sz w:val="18"/>
                <w:szCs w:val="18"/>
              </w:rPr>
              <w:t>Потпис потрошача:</w:t>
            </w:r>
          </w:p>
        </w:tc>
      </w:tr>
      <w:tr w:rsidR="0095050A" w:rsidRPr="008551F3" w14:paraId="4B550763" w14:textId="77777777">
        <w:trPr>
          <w:jc w:val="center"/>
        </w:trPr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38630F58" w14:textId="77777777" w:rsidR="0095050A" w:rsidRDefault="0095050A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5C05E490" w14:textId="22525190" w:rsidR="008551F3" w:rsidRPr="008551F3" w:rsidRDefault="008551F3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15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691E52A2" w14:textId="4B507085" w:rsidR="0095050A" w:rsidRPr="008551F3" w:rsidRDefault="0095050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18094872" w14:textId="77777777" w:rsidR="0095050A" w:rsidRPr="008551F3" w:rsidRDefault="00000000">
      <w:pPr>
        <w:spacing w:before="100" w:after="40"/>
        <w:rPr>
          <w:sz w:val="18"/>
          <w:szCs w:val="18"/>
        </w:rPr>
      </w:pPr>
      <w:r w:rsidRPr="008551F3">
        <w:rPr>
          <w:i/>
          <w:sz w:val="18"/>
          <w:szCs w:val="18"/>
        </w:rPr>
        <w:t>Напомена: Потрошач није дужан да наведе разлог одустанка. Својеручни потпис је потребан када се образац доставља поштом или факсом.</w:t>
      </w:r>
    </w:p>
    <w:p w14:paraId="372CEAF9" w14:textId="77777777" w:rsidR="0095050A" w:rsidRPr="008551F3" w:rsidRDefault="00000000">
      <w:pPr>
        <w:spacing w:after="0"/>
        <w:rPr>
          <w:sz w:val="18"/>
          <w:szCs w:val="18"/>
        </w:rPr>
      </w:pPr>
      <w:r w:rsidRPr="008551F3">
        <w:rPr>
          <w:sz w:val="18"/>
          <w:szCs w:val="18"/>
        </w:rPr>
        <w:t>Попуњен образац може се доставити електронски на webshop@enmongroup.com или поштом на адресу: ЕНМОН ДОО БЕОГРАД, Булевар ослобођења 205, 11000 Београд.</w:t>
      </w:r>
    </w:p>
    <w:p w14:paraId="513F16B7" w14:textId="77777777" w:rsidR="0095050A" w:rsidRPr="008551F3" w:rsidRDefault="00000000">
      <w:pPr>
        <w:spacing w:after="0"/>
        <w:rPr>
          <w:sz w:val="18"/>
          <w:szCs w:val="18"/>
        </w:rPr>
      </w:pPr>
      <w:r w:rsidRPr="008551F3">
        <w:rPr>
          <w:sz w:val="18"/>
          <w:szCs w:val="18"/>
        </w:rPr>
        <w:t>Ако се образац доставља електронским путем, ЕНМОН ДОО БЕОГРАД ће без одлагања потврдити његов пријем у писаној форми или на другом трајном носачу података.</w:t>
      </w:r>
    </w:p>
    <w:sectPr w:rsidR="0095050A" w:rsidRPr="008551F3" w:rsidSect="008551F3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DC6B" w14:textId="77777777" w:rsidR="009F29C6" w:rsidRDefault="009F29C6">
      <w:pPr>
        <w:spacing w:after="0" w:line="240" w:lineRule="auto"/>
      </w:pPr>
      <w:r>
        <w:separator/>
      </w:r>
    </w:p>
  </w:endnote>
  <w:endnote w:type="continuationSeparator" w:id="0">
    <w:p w14:paraId="1AB696C6" w14:textId="77777777" w:rsidR="009F29C6" w:rsidRDefault="009F2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B246" w14:textId="5D840C39" w:rsidR="009F23F2" w:rsidRDefault="009F23F2" w:rsidP="009F23F2">
    <w:pPr>
      <w:pStyle w:val="Footer"/>
    </w:pPr>
    <w:r w:rsidRPr="009F23F2">
      <w:rPr>
        <w:rFonts w:ascii="Calibri" w:eastAsia="Calibri" w:hAnsi="Calibri" w:cs="Arial"/>
        <w:noProof/>
        <w:sz w:val="22"/>
      </w:rPr>
      <w:drawing>
        <wp:anchor distT="0" distB="0" distL="114300" distR="114300" simplePos="0" relativeHeight="251658240" behindDoc="1" locked="0" layoutInCell="1" allowOverlap="1" wp14:anchorId="77063EBC" wp14:editId="1C23D4E4">
          <wp:simplePos x="0" y="0"/>
          <wp:positionH relativeFrom="column">
            <wp:posOffset>397510</wp:posOffset>
          </wp:positionH>
          <wp:positionV relativeFrom="paragraph">
            <wp:posOffset>97155</wp:posOffset>
          </wp:positionV>
          <wp:extent cx="5753100" cy="523875"/>
          <wp:effectExtent l="0" t="0" r="0" b="9525"/>
          <wp:wrapTight wrapText="bothSides">
            <wp:wrapPolygon edited="0">
              <wp:start x="358" y="0"/>
              <wp:lineTo x="358" y="1571"/>
              <wp:lineTo x="2646" y="14138"/>
              <wp:lineTo x="3290" y="20422"/>
              <wp:lineTo x="3433" y="21207"/>
              <wp:lineTo x="18381" y="21207"/>
              <wp:lineTo x="19311" y="20422"/>
              <wp:lineTo x="19097" y="12567"/>
              <wp:lineTo x="17380" y="12567"/>
              <wp:lineTo x="21171" y="2356"/>
              <wp:lineTo x="21171" y="0"/>
              <wp:lineTo x="358" y="0"/>
            </wp:wrapPolygon>
          </wp:wrapTight>
          <wp:docPr id="96452822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042529" w14:textId="213DDE40" w:rsidR="0095050A" w:rsidRPr="009F23F2" w:rsidRDefault="0095050A" w:rsidP="009F23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A3248" w14:textId="77777777" w:rsidR="009F29C6" w:rsidRDefault="009F29C6">
      <w:pPr>
        <w:spacing w:after="0" w:line="240" w:lineRule="auto"/>
      </w:pPr>
      <w:r>
        <w:separator/>
      </w:r>
    </w:p>
  </w:footnote>
  <w:footnote w:type="continuationSeparator" w:id="0">
    <w:p w14:paraId="068EBF80" w14:textId="77777777" w:rsidR="009F29C6" w:rsidRDefault="009F2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B7159" w14:textId="3E6065DE" w:rsidR="009F23F2" w:rsidRDefault="009F23F2">
    <w:pPr>
      <w:pStyle w:val="Header"/>
      <w:rPr>
        <w:lang w:val="sr-Latn-R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7ABB49B" wp14:editId="253E569A">
          <wp:simplePos x="0" y="0"/>
          <wp:positionH relativeFrom="column">
            <wp:posOffset>2493010</wp:posOffset>
          </wp:positionH>
          <wp:positionV relativeFrom="paragraph">
            <wp:posOffset>-333375</wp:posOffset>
          </wp:positionV>
          <wp:extent cx="1562100" cy="1562100"/>
          <wp:effectExtent l="0" t="0" r="0" b="0"/>
          <wp:wrapSquare wrapText="bothSides"/>
          <wp:docPr id="11027871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60AB64" w14:textId="77777777" w:rsidR="009F23F2" w:rsidRDefault="009F23F2">
    <w:pPr>
      <w:pStyle w:val="Header"/>
      <w:rPr>
        <w:lang w:val="sr-Latn-RS"/>
      </w:rPr>
    </w:pPr>
  </w:p>
  <w:p w14:paraId="5F648F8D" w14:textId="77777777" w:rsidR="009F23F2" w:rsidRDefault="009F23F2">
    <w:pPr>
      <w:pStyle w:val="Header"/>
      <w:rPr>
        <w:lang w:val="sr-Latn-RS"/>
      </w:rPr>
    </w:pPr>
  </w:p>
  <w:p w14:paraId="588C5253" w14:textId="77777777" w:rsidR="009F23F2" w:rsidRDefault="009F23F2">
    <w:pPr>
      <w:pStyle w:val="Header"/>
      <w:rPr>
        <w:lang w:val="sr-Latn-RS"/>
      </w:rPr>
    </w:pPr>
  </w:p>
  <w:p w14:paraId="03672C7F" w14:textId="77777777" w:rsidR="009F23F2" w:rsidRDefault="009F23F2">
    <w:pPr>
      <w:pStyle w:val="Header"/>
      <w:rPr>
        <w:lang w:val="sr-Latn-RS"/>
      </w:rPr>
    </w:pPr>
  </w:p>
  <w:p w14:paraId="1975614E" w14:textId="77777777" w:rsidR="009F23F2" w:rsidRDefault="009F23F2">
    <w:pPr>
      <w:pStyle w:val="Header"/>
      <w:rPr>
        <w:lang w:val="sr-Latn-RS"/>
      </w:rPr>
    </w:pPr>
  </w:p>
  <w:p w14:paraId="58F5FC2B" w14:textId="77777777" w:rsidR="009F23F2" w:rsidRDefault="009F23F2">
    <w:pPr>
      <w:pStyle w:val="Header"/>
      <w:rPr>
        <w:lang w:val="sr-Latn-RS"/>
      </w:rPr>
    </w:pPr>
  </w:p>
  <w:p w14:paraId="48F57E92" w14:textId="77777777" w:rsidR="009F23F2" w:rsidRPr="009F23F2" w:rsidRDefault="009F23F2">
    <w:pPr>
      <w:pStyle w:val="Header"/>
      <w:rPr>
        <w:lang w:val="sr-Latn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3653457">
    <w:abstractNumId w:val="8"/>
  </w:num>
  <w:num w:numId="2" w16cid:durableId="1416318476">
    <w:abstractNumId w:val="6"/>
  </w:num>
  <w:num w:numId="3" w16cid:durableId="1779367979">
    <w:abstractNumId w:val="5"/>
  </w:num>
  <w:num w:numId="4" w16cid:durableId="1412432404">
    <w:abstractNumId w:val="4"/>
  </w:num>
  <w:num w:numId="5" w16cid:durableId="28603367">
    <w:abstractNumId w:val="7"/>
  </w:num>
  <w:num w:numId="6" w16cid:durableId="1658149284">
    <w:abstractNumId w:val="3"/>
  </w:num>
  <w:num w:numId="7" w16cid:durableId="2138990586">
    <w:abstractNumId w:val="2"/>
  </w:num>
  <w:num w:numId="8" w16cid:durableId="159660182">
    <w:abstractNumId w:val="1"/>
  </w:num>
  <w:num w:numId="9" w16cid:durableId="102501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1F7D"/>
    <w:rsid w:val="0029639D"/>
    <w:rsid w:val="00326F90"/>
    <w:rsid w:val="008551F3"/>
    <w:rsid w:val="0095050A"/>
    <w:rsid w:val="009F23F2"/>
    <w:rsid w:val="009F29C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9F57E3"/>
  <w14:defaultImageDpi w14:val="300"/>
  <w15:docId w15:val="{98A09E91-EEB2-49DF-99EB-4C158E49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Web Admini</cp:lastModifiedBy>
  <cp:revision>3</cp:revision>
  <cp:lastPrinted>2026-08-12T07:31:00Z</cp:lastPrinted>
  <dcterms:created xsi:type="dcterms:W3CDTF">2026-08-12T07:27:00Z</dcterms:created>
  <dcterms:modified xsi:type="dcterms:W3CDTF">2026-08-12T07:31:00Z</dcterms:modified>
  <cp:category/>
</cp:coreProperties>
</file>